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いりょう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医療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ほうじん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法人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こうじゅかい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光樹会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　たかぎクリニック　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じどう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児童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ししゅんき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思春期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せんもん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専門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がいらい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外来</w:t>
            </w:r>
          </w:rubyBase>
        </w:ruby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7240"/>
        <w:gridCol w:w="3200"/>
      </w:tblGrid>
      <w:tr>
        <w:trPr>
          <w:trHeight w:val="560" w:hRule="atLeast"/>
        </w:trPr>
        <w:tc>
          <w:tcPr>
            <w:tcW w:type="dxa" w:w="7240"/>
            <w:tcBorders>
              <w:top w:val="single" w:sz="6" w:space="1" w:color="2E6DA4"/>
              <w:left w:val="single" w:sz="6" w:space="1" w:color="2E6DA4"/>
              <w:bottom w:val="single" w:sz="6" w:space="1" w:color="2E6DA4"/>
              <w:right w:val="single" w:sz="6" w:space="1" w:color="2E6DA4"/>
            </w:tcBorders>
            <w:shd w:val="clear" w:color="auto" w:fill="2E6DA4"/>
          </w:tcPr>
          <w:p>
            <w:pPr>
              <w:spacing w:after="40" w:before="40" w:line="317" w:lineRule="auto"/>
            </w:pPr>
            <w:r/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もんしんひょう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問診票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6"/>
                <w:szCs w:val="26"/>
                <w:color w:val="FFFFFF"/>
              </w:rPr>
              <w:t xml:space="preserve">　①　― </w:t>
            </w:r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じゅしん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受診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6"/>
                <w:szCs w:val="26"/>
                <w:color w:val="FFFFFF"/>
              </w:rPr>
              <w:t xml:space="preserve">される</w:t>
            </w:r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かた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方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6"/>
                <w:szCs w:val="26"/>
                <w:color w:val="FFFFFF"/>
              </w:rPr>
              <w:t xml:space="preserve">について ―</w:t>
            </w:r>
          </w:p>
        </w:tc>
        <w:tc>
          <w:tcPr>
            <w:tcW w:type="dxa" w:w="3200"/>
            <w:tcBorders>
              <w:top w:val="single" w:sz="6" w:space="1" w:color="2E6DA4"/>
              <w:left w:val="single" w:sz="6" w:space="1" w:color="2E6DA4"/>
              <w:bottom w:val="single" w:sz="6" w:space="1" w:color="2E6DA4"/>
              <w:right w:val="single" w:sz="6" w:space="1" w:color="2E6DA4"/>
            </w:tcBorders>
            <w:shd w:val="clear" w:color="auto" w:fill="FFFFFF"/>
          </w:tcPr>
          <w:p>
            <w:pPr>
              <w:spacing w:after="40" w:before="40" w:line="317" w:lineRule="auto"/>
            </w:pPr>
            <w:r/>
            <w:r>
              <w:rPr>
                <w:rFonts w:ascii="Yu Gothic" w:hAnsi="Yu Gothic" w:eastAsia="Yu Gothic"/>
                <w:b/>
                <w:sz w:val="19"/>
                <w:szCs w:val="19"/>
                <w:color w:val="2E6DA4"/>
              </w:rPr>
              <w:t xml:space="preserve">カルテ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6DA4"/>
                    </w:rPr>
                    <w:t xml:space="preserve">ばんごう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19"/>
                      <w:szCs w:val="19"/>
                      <w:color w:val="2E6DA4"/>
                    </w:rPr>
                    <w:t xml:space="preserve">番号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19"/>
                <w:szCs w:val="19"/>
                <w:color w:val="2E6DA4"/>
              </w:rPr>
              <w:t xml:space="preserve">：</w:t>
            </w:r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440"/>
            <w:tcBorders>
              <w:top w:val="nil"/>
              <w:left w:val="nil"/>
              <w:bottom w:val="nil"/>
              <w:right w:val="nil"/>
            </w:tcBorders>
            <w:shd w:val="clear" w:color="auto" w:fill="EAF2FA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この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ようし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用紙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は、ご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ほんにん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本人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・ご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かぞく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家族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・ご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しえんしゃ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支援者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の どなたがご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きにゅう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記入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くださってもかまいません。</w:t>
            </w:r>
          </w:p>
          <w:p>
            <w:pPr>
              <w:spacing w:after="20" w:line="312" w:lineRule="auto"/>
            </w:pP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か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書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ける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はんい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範囲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で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だいじょうぶ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大丈夫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です。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か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書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きにくいことは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くうらん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空欄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のままで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けっこう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結構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です。くわしいことは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しんさつ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診察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のときにうかがいます。</w:t>
            </w:r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200"/>
        <w:gridCol w:w="8240"/>
      </w:tblGrid>
      <w:tr>
        <w:trPr>
          <w:trHeight w:val="400" w:hRule="atLeast"/>
        </w:trPr>
        <w:tc>
          <w:tcPr>
            <w:tcW w:type="dxa" w:w="22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Pr>
                <w:rFonts w:ascii="Yu Gothic" w:hAnsi="Yu Gothic" w:eastAsia="Yu Gothic"/>
                <w:sz w:val="21"/>
                <w:szCs w:val="21"/>
              </w:rPr>
              <w:t xml:space="preserve">おなまえ：</w:t>
            </w:r>
          </w:p>
        </w:tc>
        <w:tc>
          <w:tcPr>
            <w:tcW w:type="dxa" w:w="82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200"/>
        <w:gridCol w:w="6240"/>
      </w:tblGrid>
      <w:tr>
        <w:trPr>
          <w:trHeight w:val="400" w:hRule="atLeast"/>
        </w:trPr>
        <w:tc>
          <w:tcPr>
            <w:tcW w:type="dxa" w:w="42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きにゅう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記入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び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日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：　　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ねん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年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　　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がつ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月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　　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にち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日</w:t>
                  </w:r>
                </w:rubyBase>
              </w:ruby>
            </w:r>
          </w:p>
        </w:tc>
        <w:tc>
          <w:tcPr>
            <w:tcW w:type="dxa" w:w="62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600"/>
        <w:gridCol w:w="7840"/>
      </w:tblGrid>
      <w:tr>
        <w:trPr>
          <w:trHeight w:val="400" w:hRule="atLeast"/>
        </w:trPr>
        <w:tc>
          <w:tcPr>
            <w:tcW w:type="dxa" w:w="26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がっこう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学校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・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がくねん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学年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：</w:t>
            </w:r>
          </w:p>
        </w:tc>
        <w:tc>
          <w:tcPr>
            <w:tcW w:type="dxa" w:w="78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600"/>
        <w:gridCol w:w="6840"/>
      </w:tblGrid>
      <w:tr>
        <w:trPr>
          <w:trHeight w:val="400" w:hRule="atLeast"/>
        </w:trPr>
        <w:tc>
          <w:tcPr>
            <w:tcW w:type="dxa" w:w="36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Pr>
                <w:rFonts w:ascii="Yu Gothic" w:hAnsi="Yu Gothic" w:eastAsia="Yu Gothic"/>
                <w:sz w:val="21"/>
                <w:szCs w:val="21"/>
              </w:rPr>
              <w:t xml:space="preserve">この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ようし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用紙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をご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きにゅう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記入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の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かた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方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：</w:t>
            </w:r>
          </w:p>
        </w:tc>
        <w:tc>
          <w:tcPr>
            <w:tcW w:type="dxa" w:w="68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6DA4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1. きょう、いちばん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そうだん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相談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したいこと</w:t>
      </w:r>
    </w:p>
    <w:p>
      <w:pPr>
        <w:spacing w:after="60" w:line="336" w:lineRule="auto"/>
      </w:pP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こま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困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っていることや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しんぱい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心配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なことを、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おも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思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いつくままで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だいじょうぶ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大丈夫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です。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40"/>
      </w:tblGrid>
      <w:tr>
        <w:trPr>
          <w:trHeight w:val="1920" w:hRule="atLeast"/>
        </w:trPr>
        <w:tc>
          <w:tcPr>
            <w:tcW w:type="dxa" w:w="10440"/>
            <w:tcBorders>
              <w:top w:val="single" w:sz="6" w:space="1" w:color="BFBFBF"/>
              <w:left w:val="single" w:sz="6" w:space="1" w:color="BFBFBF"/>
              <w:bottom w:val="single" w:sz="6" w:space="1" w:color="BFBFBF"/>
              <w:right w:val="single" w:sz="6" w:space="1" w:color="BFBFBF"/>
            </w:tcBorders>
          </w:tcPr>
          <w:p>
            <w:pPr>
              <w:spacing w:after="0" w:before="0"/>
            </w:pPr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6DA4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2. いつごろから／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じゅしん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受診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のきっかけ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200"/>
        <w:gridCol w:w="5240"/>
      </w:tblGrid>
      <w:tr>
        <w:trPr>
          <w:trHeight w:val="400" w:hRule="atLeast"/>
        </w:trPr>
        <w:tc>
          <w:tcPr>
            <w:tcW w:type="dxa" w:w="52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Pr>
                <w:rFonts w:ascii="Yu Gothic" w:hAnsi="Yu Gothic" w:eastAsia="Yu Gothic"/>
                <w:sz w:val="21"/>
                <w:szCs w:val="21"/>
              </w:rPr>
              <w:t xml:space="preserve">いつごろから、そう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かん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感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じていますか：</w:t>
            </w:r>
          </w:p>
        </w:tc>
        <w:tc>
          <w:tcPr>
            <w:tcW w:type="dxa" w:w="52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spacing w:after="120" w:line="348" w:lineRule="auto"/>
      </w:pPr>
      <w:r>
        <w:rPr>
          <w:rFonts w:ascii="Yu Gothic" w:hAnsi="Yu Gothic" w:eastAsia="Yu Gothic"/>
          <w:sz w:val="20"/>
          <w:szCs w:val="20"/>
        </w:rPr>
        <w:t xml:space="preserve">この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じゅしん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受診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は、どなたかのお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すす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勧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めですか：（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じぶん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自分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から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かぞく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家族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がっこう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学校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そうだん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相談</w:t>
            </w:r>
          </w:rubyBase>
        </w:ruby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きかん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機関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）</w:t>
      </w:r>
    </w:p>
    <w:p>
      <w:r>
        <w:br w:type="page"/>
      </w:r>
    </w:p>
    <w:p>
      <w:pPr>
        <w:pBdr>
          <w:bottom w:val="single" w:sz="6" w:space="2" w:color="2E6DA4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3. さいきんの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ようす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様子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　あてはまるものに ✓（いくつでも）</w:t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きぶん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気分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が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お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落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ちこむ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ふあん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不安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しんぱい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心配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が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つよ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強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い　　□ イライラする</w:t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□ やる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気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が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で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出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ない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ねむ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眠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れない・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ねむ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眠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りすぎる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しょくじ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食事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りょう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量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が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変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わった</w:t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がっこう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学校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に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い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行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きづらい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ひと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人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づきあいがむずかしい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お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落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ち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つ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着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きにくい</w:t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おと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音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やにおいが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気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になる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べんきょう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勉強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でつまずいている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からだ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体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ふちょう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不調</w:t>
            </w:r>
          </w:rubyBase>
        </w:ruby>
      </w:r>
    </w:p>
    <w:p>
      <w:pPr>
        <w:spacing w:after="120" w:line="348" w:lineRule="auto"/>
      </w:pPr>
      <w:r>
        <w:rPr>
          <w:rFonts w:ascii="Yu Gothic" w:hAnsi="Yu Gothic" w:eastAsia="Yu Gothic"/>
          <w:sz w:val="20"/>
          <w:szCs w:val="20"/>
        </w:rPr>
        <w:t xml:space="preserve">□ そのほか（　　　　　　　　　　　　　　　　　　　　　　　　　　　　　）</w:t>
      </w:r>
    </w:p>
    <w:p>
      <w:pPr>
        <w:pBdr>
          <w:bottom w:val="single" w:sz="6" w:space="2" w:color="2E6DA4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4. 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ねむ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眠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りと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つうがく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通学</w:t>
            </w:r>
          </w:rubyBase>
        </w:ruby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だいたいの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しゅうしん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就寝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　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時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ごろ　／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きしょう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起床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　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時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ごろ</w:t>
      </w:r>
    </w:p>
    <w:p>
      <w:pPr>
        <w:spacing w:after="120" w:line="348" w:lineRule="auto"/>
      </w:pP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つうがく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通学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：（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かよ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通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えている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い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行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きづらいことがある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い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行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けていない　）</w:t>
      </w:r>
    </w:p>
    <w:p>
      <w:pPr>
        <w:pBdr>
          <w:bottom w:val="single" w:sz="6" w:space="2" w:color="2E6DA4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5. 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じゅしん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受診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で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そうだん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相談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したいこと</w:t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きも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気持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ちのつらさ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ねむ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眠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れないこと・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からだ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体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ふちょう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不調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がっこう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学校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のこと</w:t>
      </w:r>
    </w:p>
    <w:p>
      <w:pPr>
        <w:spacing w:after="80" w:line="348" w:lineRule="auto"/>
      </w:pPr>
      <w:r>
        <w:rPr>
          <w:rFonts w:ascii="Yu Gothic" w:hAnsi="Yu Gothic" w:eastAsia="Yu Gothic"/>
          <w:sz w:val="20"/>
          <w:szCs w:val="20"/>
        </w:rPr>
        <w:t xml:space="preserve">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ひと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人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づきあいのこと　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じぶん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自分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とくい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得意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にがて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苦手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を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知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りたい</w:t>
      </w:r>
    </w:p>
    <w:p>
      <w:pPr>
        <w:spacing w:after="120" w:line="348" w:lineRule="auto"/>
      </w:pPr>
      <w:r>
        <w:rPr>
          <w:rFonts w:ascii="Yu Gothic" w:hAnsi="Yu Gothic" w:eastAsia="Yu Gothic"/>
          <w:sz w:val="20"/>
          <w:szCs w:val="20"/>
        </w:rPr>
        <w:t xml:space="preserve">□ おくすりのこと　　□ そのほか（　　　　　　　　　　　　　　　　　　）</w:t>
      </w:r>
    </w:p>
    <w:p>
      <w:pPr>
        <w:pBdr>
          <w:bottom w:val="single" w:sz="6" w:space="2" w:color="2E6DA4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6. 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じゅしん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受診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のときに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6DA4"/>
              </w:rPr>
              <w:t xml:space="preserve">はいりょ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6DA4"/>
              </w:rPr>
              <w:t xml:space="preserve">配慮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6DA4"/>
        </w:rPr>
        <w:t xml:space="preserve">してほしいこと</w:t>
      </w:r>
    </w:p>
    <w:p>
      <w:pPr>
        <w:spacing w:after="60" w:line="336" w:lineRule="auto"/>
      </w:pP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ま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待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ち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じかん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時間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す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過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ごし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かた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方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へや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部屋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よ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呼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び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な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名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つた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伝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え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かた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方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など、あればお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か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書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きください。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40"/>
      </w:tblGrid>
      <w:tr>
        <w:trPr>
          <w:trHeight w:val="1560" w:hRule="atLeast"/>
        </w:trPr>
        <w:tc>
          <w:tcPr>
            <w:tcW w:type="dxa" w:w="10440"/>
            <w:tcBorders>
              <w:top w:val="single" w:sz="6" w:space="1" w:color="BFBFBF"/>
              <w:left w:val="single" w:sz="6" w:space="1" w:color="BFBFBF"/>
              <w:bottom w:val="single" w:sz="6" w:space="1" w:color="BFBFBF"/>
              <w:right w:val="single" w:sz="6" w:space="1" w:color="BFBFBF"/>
            </w:tcBorders>
          </w:tcPr>
          <w:p>
            <w:pPr>
              <w:spacing w:after="0" w:before="0"/>
            </w:pPr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440"/>
            <w:tcBorders>
              <w:top w:val="nil"/>
              <w:left w:val="nil"/>
              <w:bottom w:val="nil"/>
              <w:right w:val="nil"/>
            </w:tcBorders>
            <w:shd w:val="clear" w:color="auto" w:fill="EAF2FA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お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はな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話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ししにくいことは、この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ようし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用紙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に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1F4E79"/>
                    </w:rPr>
                    <w:t xml:space="preserve">か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1F4E79"/>
                    </w:rPr>
                    <w:t xml:space="preserve">書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1F4E79"/>
              </w:rPr>
              <w:t xml:space="preserve">かなくてかまいません</w:t>
            </w:r>
          </w:p>
          <w:p>
            <w:pPr>
              <w:spacing w:after="20" w:line="312" w:lineRule="auto"/>
            </w:pP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つらい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きも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気持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ちや、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じぶん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自分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を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きず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傷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つけたくなる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きも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気持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ちがあるときは、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うけつけ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受付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や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しんさつ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診察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のときにひと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こと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言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お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し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知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らせください。</w:t>
            </w:r>
          </w:p>
          <w:p>
            <w:pPr>
              <w:spacing w:after="20" w:line="312" w:lineRule="auto"/>
            </w:pP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むり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無理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に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か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書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いていただかなくて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だいじょうぶ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大丈夫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です。いっしょに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かんが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考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えます。</w:t>
            </w:r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r>
        <w:br w:type="page"/>
      </w:r>
    </w:p>
    <w:p>
      <w:pPr>
        <w:spacing w:after="40"/>
      </w:pP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いりょう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医療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ほうじん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法人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こうじゅかい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光樹会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　たかぎクリニック　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じどう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児童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ししゅんき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思春期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せんもん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専門</w:t>
            </w:r>
          </w:rubyBase>
        </w:ruby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がいらい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外来</w:t>
            </w:r>
          </w:rubyBase>
        </w:ruby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7240"/>
        <w:gridCol w:w="3200"/>
      </w:tblGrid>
      <w:tr>
        <w:trPr>
          <w:trHeight w:val="560" w:hRule="atLeast"/>
        </w:trPr>
        <w:tc>
          <w:tcPr>
            <w:tcW w:type="dxa" w:w="7240"/>
            <w:tcBorders>
              <w:top w:val="single" w:sz="6" w:space="1" w:color="2E7D5B"/>
              <w:left w:val="single" w:sz="6" w:space="1" w:color="2E7D5B"/>
              <w:bottom w:val="single" w:sz="6" w:space="1" w:color="2E7D5B"/>
              <w:right w:val="single" w:sz="6" w:space="1" w:color="2E7D5B"/>
            </w:tcBorders>
            <w:shd w:val="clear" w:color="auto" w:fill="2E7D5B"/>
          </w:tcPr>
          <w:p>
            <w:pPr>
              <w:spacing w:after="40" w:before="40" w:line="317" w:lineRule="auto"/>
            </w:pPr>
            <w:r/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もんしんひょう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問診票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6"/>
                <w:szCs w:val="26"/>
                <w:color w:val="FFFFFF"/>
              </w:rPr>
              <w:t xml:space="preserve">　②　― </w:t>
            </w:r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ほごしゃ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保護者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6"/>
                <w:szCs w:val="26"/>
                <w:color w:val="FFFFFF"/>
              </w:rPr>
              <w:t xml:space="preserve">・ご</w:t>
            </w:r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しえんしゃ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支援者</w:t>
                  </w:r>
                </w:rubyBase>
              </w:ruby>
            </w:r>
            <w:r>
              <w:ruby>
                <w:rubyPr>
                  <w:rubyAlign w:val="distributeSpace"/>
                  <w:hps w:val="13"/>
                  <w:hpsRaise w:val="25"/>
                  <w:hpsBaseText w:val="26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3"/>
                      <w:szCs w:val="13"/>
                      <w:color w:val="FFFFFF"/>
                    </w:rPr>
                    <w:t xml:space="preserve">きにゅう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6"/>
                      <w:szCs w:val="26"/>
                      <w:color w:val="FFFFFF"/>
                    </w:rPr>
                    <w:t xml:space="preserve">記入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6"/>
                <w:szCs w:val="26"/>
                <w:color w:val="FFFFFF"/>
              </w:rPr>
              <w:t xml:space="preserve"> ―</w:t>
            </w:r>
          </w:p>
        </w:tc>
        <w:tc>
          <w:tcPr>
            <w:tcW w:type="dxa" w:w="3200"/>
            <w:tcBorders>
              <w:top w:val="single" w:sz="6" w:space="1" w:color="2E7D5B"/>
              <w:left w:val="single" w:sz="6" w:space="1" w:color="2E7D5B"/>
              <w:bottom w:val="single" w:sz="6" w:space="1" w:color="2E7D5B"/>
              <w:right w:val="single" w:sz="6" w:space="1" w:color="2E7D5B"/>
            </w:tcBorders>
            <w:shd w:val="clear" w:color="auto" w:fill="FFFFFF"/>
          </w:tcPr>
          <w:p>
            <w:pPr>
              <w:spacing w:after="40" w:before="40" w:line="317" w:lineRule="auto"/>
            </w:pPr>
            <w:r/>
            <w:r>
              <w:rPr>
                <w:rFonts w:ascii="Yu Gothic" w:hAnsi="Yu Gothic" w:eastAsia="Yu Gothic"/>
                <w:b/>
                <w:sz w:val="19"/>
                <w:szCs w:val="19"/>
                <w:color w:val="2E7D5B"/>
              </w:rPr>
              <w:t xml:space="preserve">カルテ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7D5B"/>
                    </w:rPr>
                    <w:t xml:space="preserve">ばんごう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19"/>
                      <w:szCs w:val="19"/>
                      <w:color w:val="2E7D5B"/>
                    </w:rPr>
                    <w:t xml:space="preserve">番号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19"/>
                <w:szCs w:val="19"/>
                <w:color w:val="2E7D5B"/>
              </w:rPr>
              <w:t xml:space="preserve">：</w:t>
            </w:r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440"/>
            <w:tcBorders>
              <w:top w:val="nil"/>
              <w:left w:val="nil"/>
              <w:bottom w:val="nil"/>
              <w:right w:val="nil"/>
            </w:tcBorders>
            <w:shd w:val="clear" w:color="auto" w:fill="E9F4EF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わかる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はんい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範囲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でご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きにゅう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記入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いただければ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じゅうぶん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十分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です。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ぼし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母子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てちょう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手帳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や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けんさ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検査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けっか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結果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、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しょうかいじょう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紹介状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などがあればご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  <w:color w:val="333333"/>
                    </w:rPr>
                    <w:t xml:space="preserve">じさん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  <w:color w:val="333333"/>
                    </w:rPr>
                    <w:t xml:space="preserve">持参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  <w:color w:val="333333"/>
              </w:rPr>
              <w:t xml:space="preserve">ください。</w:t>
            </w:r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400"/>
        <w:gridCol w:w="7040"/>
      </w:tblGrid>
      <w:tr>
        <w:trPr>
          <w:trHeight w:val="400" w:hRule="atLeast"/>
        </w:trPr>
        <w:tc>
          <w:tcPr>
            <w:tcW w:type="dxa" w:w="3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Pr>
                <w:rFonts w:ascii="Yu Gothic" w:hAnsi="Yu Gothic" w:eastAsia="Yu Gothic"/>
                <w:sz w:val="21"/>
                <w:szCs w:val="21"/>
              </w:rPr>
              <w:t xml:space="preserve">お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子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さんのおなまえ：</w:t>
            </w:r>
          </w:p>
        </w:tc>
        <w:tc>
          <w:tcPr>
            <w:tcW w:type="dxa" w:w="70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spacing w:after="120" w:line="348" w:lineRule="auto"/>
      </w:pPr>
      <w:r>
        <w:rPr>
          <w:rFonts w:ascii="Yu Gothic" w:hAnsi="Yu Gothic" w:eastAsia="Yu Gothic"/>
          <w:sz w:val="20"/>
          <w:szCs w:val="20"/>
        </w:rPr>
        <w:t xml:space="preserve">ご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きにゅう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記入</w:t>
            </w:r>
          </w:rubyBase>
        </w:ruby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び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日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　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ねん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年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がつ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月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にち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日</w:t>
            </w:r>
          </w:rubyBase>
        </w:ruby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sz="6" w:space="1" w:color="2E7D5B"/>
              <w:left w:val="single" w:sz="6" w:space="1" w:color="2E7D5B"/>
              <w:bottom w:val="single" w:sz="6" w:space="1" w:color="2E7D5B"/>
              <w:right w:val="single" w:sz="6" w:space="1" w:color="2E7D5B"/>
            </w:tcBorders>
            <w:shd w:val="clear" w:color="auto" w:fill="E9F4EF"/>
          </w:tcPr>
          <w:p>
            <w:pPr>
              <w:spacing w:after="20" w:line="288" w:lineRule="auto"/>
            </w:pPr>
            <w:r/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7D5B"/>
                    </w:rPr>
                    <w:t xml:space="preserve">じょうほう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2E7D5B"/>
                    </w:rPr>
                    <w:t xml:space="preserve">情報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2E7D5B"/>
              </w:rPr>
              <w:t xml:space="preserve">の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7D5B"/>
                    </w:rPr>
                    <w:t xml:space="preserve">きょうゆう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2E7D5B"/>
                    </w:rPr>
                    <w:t xml:space="preserve">共有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2E7D5B"/>
              </w:rPr>
              <w:t xml:space="preserve">についての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7D5B"/>
                    </w:rPr>
                    <w:t xml:space="preserve">どうい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2E7D5B"/>
                    </w:rPr>
                    <w:t xml:space="preserve">同意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2E7D5B"/>
              </w:rPr>
              <w:t xml:space="preserve">（ご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7D5B"/>
                    </w:rPr>
                    <w:t xml:space="preserve">しょめい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2E7D5B"/>
                    </w:rPr>
                    <w:t xml:space="preserve">署名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2E7D5B"/>
              </w:rPr>
              <w:t xml:space="preserve">をお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b/>
                      <w:sz w:val="10"/>
                      <w:szCs w:val="10"/>
                      <w:color w:val="2E7D5B"/>
                    </w:rPr>
                    <w:t xml:space="preserve">ねが</w:t>
                  </w:r>
                </w:rt>
                <w:rubyBase>
                  <w:r>
                    <w:rPr>
                      <w:rFonts w:ascii="Yu Gothic" w:hAnsi="Yu Gothic" w:eastAsia="Yu Gothic"/>
                      <w:b/>
                      <w:sz w:val="20"/>
                      <w:szCs w:val="20"/>
                      <w:color w:val="2E7D5B"/>
                    </w:rPr>
                    <w:t xml:space="preserve">願</w:t>
                  </w:r>
                </w:rubyBase>
              </w:ruby>
            </w:r>
            <w:r>
              <w:rPr>
                <w:rFonts w:ascii="Yu Gothic" w:hAnsi="Yu Gothic" w:eastAsia="Yu Gothic"/>
                <w:b/>
                <w:sz w:val="20"/>
                <w:szCs w:val="20"/>
                <w:color w:val="2E7D5B"/>
              </w:rPr>
              <w:t xml:space="preserve">いします）</w:t>
            </w:r>
          </w:p>
          <w:p>
            <w:pPr>
              <w:spacing w:after="0" w:line="408" w:lineRule="auto"/>
            </w:pPr>
            <w:r>
              <w:rPr>
                <w:rFonts w:ascii="Yu Gothic" w:hAnsi="Yu Gothic" w:eastAsia="Yu Gothic"/>
                <w:sz w:val="19"/>
                <w:szCs w:val="19"/>
              </w:rPr>
              <w:t xml:space="preserve">お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子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さんの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しえん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支援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のために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ひつよう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必要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な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はんい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範囲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で、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がっこう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学校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や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かんけい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関係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きかん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機関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と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みた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見立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て・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みとお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見通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しを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きょうゆう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共有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することに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どうい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同意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します。</w:t>
            </w:r>
          </w:p>
          <w:p>
            <w:pPr>
              <w:spacing w:after="0" w:line="408" w:lineRule="auto"/>
            </w:pPr>
            <w:r>
              <w:rPr>
                <w:rFonts w:ascii="Yu Gothic" w:hAnsi="Yu Gothic" w:eastAsia="Yu Gothic"/>
                <w:sz w:val="19"/>
                <w:szCs w:val="19"/>
              </w:rPr>
              <w:t xml:space="preserve">（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きょうゆう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共有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したくないことがあれば、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しんさつ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診察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のときにお</w:t>
            </w:r>
            <w:r>
              <w:ruby>
                <w:rubyPr>
                  <w:rubyAlign w:val="distributeSpace"/>
                  <w:hps w:val="10"/>
                  <w:hpsRaise w:val="18"/>
                  <w:hpsBaseText w:val="19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し</w:t>
                  </w:r>
                </w:rt>
                <w:rubyBase>
                  <w:r>
                    <w:rPr>
                      <w:rFonts w:ascii="Yu Gothic" w:hAnsi="Yu Gothic" w:eastAsia="Yu Gothic"/>
                      <w:sz w:val="19"/>
                      <w:szCs w:val="19"/>
                    </w:rPr>
                    <w:t xml:space="preserve">知</w:t>
                  </w:r>
                </w:rubyBase>
              </w:ruby>
            </w:r>
            <w:r>
              <w:rPr>
                <w:rFonts w:ascii="Yu Gothic" w:hAnsi="Yu Gothic" w:eastAsia="Yu Gothic"/>
                <w:sz w:val="19"/>
                <w:szCs w:val="19"/>
              </w:rPr>
              <w:t xml:space="preserve">らせください）</w:t>
            </w:r>
          </w:p>
          <w:p>
            <w:pPr>
              <w:spacing w:after="40" w:before="80" w:line="408" w:lineRule="auto"/>
            </w:pPr>
            <w:r>
              <w:rPr>
                <w:rFonts w:ascii="Yu Gothic" w:hAnsi="Yu Gothic" w:eastAsia="Yu Gothic"/>
                <w:sz w:val="20"/>
                <w:szCs w:val="20"/>
              </w:rPr>
              <w:t xml:space="preserve">お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子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さんのおなまえ：＿＿＿＿＿＿＿＿＿＿＿＿＿＿＿＿</w:t>
            </w:r>
          </w:p>
          <w:p>
            <w:pPr>
              <w:spacing w:after="40" w:line="360" w:lineRule="auto"/>
            </w:pPr>
            <w:r>
              <w:rPr>
                <w:rFonts w:ascii="Yu Gothic" w:hAnsi="Yu Gothic" w:eastAsia="Yu Gothic"/>
                <w:sz w:val="20"/>
                <w:szCs w:val="20"/>
              </w:rPr>
              <w:t xml:space="preserve">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しょめい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署名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：＿＿＿＿＿＿＿＿＿＿＿＿　お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子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さんとのご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かんけい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関係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（　　　　　）</w:t>
            </w:r>
          </w:p>
          <w:p>
            <w:pPr>
              <w:spacing w:after="40" w:line="360" w:lineRule="auto"/>
            </w:pPr>
            <w:r>
              <w:rPr>
                <w:rFonts w:ascii="Yu Gothic" w:hAnsi="Yu Gothic" w:eastAsia="Yu Gothic"/>
                <w:sz w:val="20"/>
                <w:szCs w:val="20"/>
              </w:rPr>
              <w:t xml:space="preserve">ご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きにゅう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記入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び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日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：　　　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ねん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年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　　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がつ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月</w:t>
                  </w:r>
                </w:rubyBase>
              </w:ruby>
            </w:r>
            <w:r>
              <w:rPr>
                <w:rFonts w:ascii="Yu Gothic" w:hAnsi="Yu Gothic" w:eastAsia="Yu Gothic"/>
                <w:sz w:val="20"/>
                <w:szCs w:val="20"/>
              </w:rPr>
              <w:t xml:space="preserve">　　</w:t>
            </w:r>
            <w:r>
              <w:ruby>
                <w:rubyPr>
                  <w:rubyAlign w:val="distributeSpace"/>
                  <w:hps w:val="10"/>
                  <w:hpsRaise w:val="19"/>
                  <w:hpsBaseText w:val="20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にち</w:t>
                  </w:r>
                </w:rt>
                <w:rubyBase>
                  <w:r>
                    <w:rPr>
                      <w:rFonts w:ascii="Yu Gothic" w:hAnsi="Yu Gothic" w:eastAsia="Yu Gothic"/>
                      <w:sz w:val="20"/>
                      <w:szCs w:val="20"/>
                    </w:rPr>
                    <w:t xml:space="preserve">日</w:t>
                  </w:r>
                </w:rubyBase>
              </w:ruby>
            </w:r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1. ご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らいいん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来院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の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ほうほう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方法</w:t>
            </w:r>
          </w:rubyBase>
        </w:ruby>
      </w:r>
    </w:p>
    <w:p>
      <w:pPr>
        <w:spacing w:after="0" w:line="348" w:lineRule="auto"/>
      </w:pPr>
      <w:r>
        <w:rPr>
          <w:rFonts w:ascii="Yu Gothic" w:hAnsi="Yu Gothic" w:eastAsia="Yu Gothic"/>
          <w:sz w:val="20"/>
          <w:szCs w:val="20"/>
        </w:rPr>
        <w:t xml:space="preserve">（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とほ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徒歩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じてんしゃ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自転車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・　バス・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でんしゃ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電車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・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じどうしゃ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自動車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・　その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た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他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）　おおよそ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ふん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分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くらい</w:t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2. ご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れんらく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連絡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について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600"/>
        <w:gridCol w:w="4840"/>
      </w:tblGrid>
      <w:tr>
        <w:trPr>
          <w:trHeight w:val="400" w:hRule="atLeast"/>
        </w:trPr>
        <w:tc>
          <w:tcPr>
            <w:tcW w:type="dxa" w:w="56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317" w:lineRule="auto"/>
            </w:pPr>
            <w:r/>
            <w:r>
              <w:rPr>
                <w:rFonts w:ascii="Yu Gothic" w:hAnsi="Yu Gothic" w:eastAsia="Yu Gothic"/>
                <w:sz w:val="21"/>
                <w:szCs w:val="21"/>
              </w:rPr>
              <w:t xml:space="preserve">ご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れんらく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連絡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さき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先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（つながりやすい</w:t>
            </w:r>
            <w: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>
                    <w:rPr>
                      <w:rFonts w:ascii="Yu Gothic" w:hAnsi="Yu Gothic" w:eastAsia="Yu Gothic"/>
                      <w:sz w:val="10"/>
                      <w:szCs w:val="10"/>
                    </w:rPr>
                    <w:t xml:space="preserve">じかんたい</w:t>
                  </w:r>
                </w:rt>
                <w:rubyBase>
                  <w:r>
                    <w:rPr>
                      <w:rFonts w:ascii="Yu Gothic" w:hAnsi="Yu Gothic" w:eastAsia="Yu Gothic"/>
                      <w:sz w:val="21"/>
                      <w:szCs w:val="21"/>
                    </w:rPr>
                    <w:t xml:space="preserve">時間帯</w:t>
                  </w:r>
                </w:rubyBase>
              </w:ruby>
            </w:r>
            <w:r>
              <w:rPr>
                <w:rFonts w:ascii="Yu Gothic" w:hAnsi="Yu Gothic" w:eastAsia="Yu Gothic"/>
                <w:sz w:val="21"/>
                <w:szCs w:val="21"/>
              </w:rPr>
              <w:t xml:space="preserve">も）：</w:t>
            </w:r>
          </w:p>
        </w:tc>
        <w:tc>
          <w:tcPr>
            <w:tcW w:type="dxa" w:w="4840"/>
            <w:tcBorders>
              <w:top w:val="nil"/>
              <w:left w:val="nil"/>
              <w:bottom w:val="single" w:sz="6" w:space="1" w:color="999999"/>
              <w:right w:val="nil"/>
            </w:tcBorders>
          </w:tcPr>
          <w:p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3. これまでにご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りよう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利用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になった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しえん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支援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　あてはまるものに ✓</w:t>
      </w:r>
    </w:p>
    <w:p>
      <w:pPr>
        <w:spacing w:after="60" w:line="348" w:lineRule="auto"/>
      </w:pPr>
      <w:r>
        <w:rPr>
          <w:rFonts w:ascii="Yu Gothic" w:hAnsi="Yu Gothic" w:eastAsia="Yu Gothic"/>
          <w:sz w:val="19"/>
          <w:szCs w:val="19"/>
        </w:rPr>
        <w:t xml:space="preserve">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じどう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児童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はったつ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発達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しえん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支援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ほうかご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放課後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とう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等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デイサービス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つうきゅう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通級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しどう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指導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きょうしつ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教室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SC・SSW</w:t>
      </w:r>
    </w:p>
    <w:p>
      <w:pPr>
        <w:spacing w:after="60" w:line="348" w:lineRule="auto"/>
      </w:pPr>
      <w:r>
        <w:rPr>
          <w:rFonts w:ascii="Yu Gothic" w:hAnsi="Yu Gothic" w:eastAsia="Yu Gothic"/>
          <w:sz w:val="19"/>
          <w:szCs w:val="19"/>
        </w:rPr>
        <w:t xml:space="preserve">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てきおう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適応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しどう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指導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きょうしつ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教室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きょういく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教育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センター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とう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等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ほうもん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訪問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かんご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看護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いりょう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医療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きかん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機関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の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りょういく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療育</w:t>
            </w:r>
          </w:rubyBase>
        </w:ruby>
      </w:r>
    </w:p>
    <w:p>
      <w:pPr>
        <w:spacing w:after="0" w:line="348" w:lineRule="auto"/>
      </w:pPr>
      <w:r>
        <w:rPr>
          <w:rFonts w:ascii="Yu Gothic" w:hAnsi="Yu Gothic" w:eastAsia="Yu Gothic"/>
          <w:sz w:val="19"/>
          <w:szCs w:val="19"/>
        </w:rPr>
        <w:t xml:space="preserve">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りょういく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療育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てちょう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手帳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せいしん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精神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しょうがいしゃ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障害者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てちょう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手帳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</w:t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とくべつ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特別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じどう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児童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ふよう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扶養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19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てあて</w:t>
            </w:r>
          </w:rt>
          <w:rubyBase>
            <w:r>
              <w:rPr>
                <w:rFonts w:ascii="Yu Gothic" w:hAnsi="Yu Gothic" w:eastAsia="Yu Gothic"/>
                <w:sz w:val="19"/>
                <w:szCs w:val="19"/>
              </w:rPr>
              <w:t xml:space="preserve">手当</w:t>
            </w:r>
          </w:rubyBase>
        </w:ruby>
      </w:r>
      <w:r>
        <w:rPr>
          <w:rFonts w:ascii="Yu Gothic" w:hAnsi="Yu Gothic" w:eastAsia="Yu Gothic"/>
          <w:sz w:val="19"/>
          <w:szCs w:val="19"/>
        </w:rPr>
        <w:t xml:space="preserve">　□ そのほか</w:t>
      </w:r>
    </w:p>
    <w:p>
      <w:r>
        <w:br w:type="page"/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4. からだのこと</w:t>
      </w:r>
    </w:p>
    <w:p>
      <w:pPr>
        <w:spacing w:after="80" w:line="348" w:lineRule="auto"/>
      </w:pP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ちりょう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治療</w:t>
            </w:r>
          </w:rubyBase>
        </w:ruby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ちゅう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中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びょうき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病気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じびょう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持病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：（　なし　・　あり　）　　アレルギー：（　なし　・　あり　）</w:t>
      </w:r>
    </w:p>
    <w:p>
      <w:pPr>
        <w:spacing w:after="120" w:line="348" w:lineRule="auto"/>
      </w:pPr>
      <w:r>
        <w:rPr>
          <w:rFonts w:ascii="Yu Gothic" w:hAnsi="Yu Gothic" w:eastAsia="Yu Gothic"/>
          <w:sz w:val="20"/>
          <w:szCs w:val="20"/>
        </w:rPr>
        <w:t xml:space="preserve">おくすり：（　なし　・　あり　）　※おくすり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てちょう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手帳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があればご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じさん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持参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ください</w:t>
      </w:r>
    </w:p>
    <w:p>
      <w:pPr>
        <w:spacing w:after="60" w:line="336" w:lineRule="auto"/>
      </w:pPr>
      <w:r>
        <w:rPr>
          <w:rFonts w:ascii="Yu Gothic" w:hAnsi="Yu Gothic" w:eastAsia="Yu Gothic"/>
          <w:sz w:val="18"/>
          <w:szCs w:val="18"/>
          <w:color w:val="595959"/>
        </w:rPr>
        <w:t xml:space="preserve">「あり」の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ばあい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場合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、さしつかえなければご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きにゅう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記入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ください。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40"/>
      </w:tblGrid>
      <w:tr>
        <w:trPr>
          <w:trHeight w:val="960" w:hRule="atLeast"/>
        </w:trPr>
        <w:tc>
          <w:tcPr>
            <w:tcW w:type="dxa" w:w="10440"/>
            <w:tcBorders>
              <w:top w:val="single" w:sz="6" w:space="1" w:color="BFBFBF"/>
              <w:left w:val="single" w:sz="6" w:space="1" w:color="BFBFBF"/>
              <w:bottom w:val="single" w:sz="6" w:space="1" w:color="BFBFBF"/>
              <w:right w:val="single" w:sz="6" w:space="1" w:color="BFBFBF"/>
            </w:tcBorders>
          </w:tcPr>
          <w:p>
            <w:pPr>
              <w:spacing w:after="0" w:before="0"/>
            </w:pPr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5. これまでのご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そうだん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相談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・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じゅしん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受診</w:t>
            </w:r>
          </w:rubyBase>
        </w:ruby>
      </w:r>
    </w:p>
    <w:p>
      <w:pPr>
        <w:spacing w:after="120" w:line="348" w:lineRule="auto"/>
      </w:pPr>
      <w:r>
        <w:rPr>
          <w:rFonts w:ascii="Yu Gothic" w:hAnsi="Yu Gothic" w:eastAsia="Yu Gothic"/>
          <w:sz w:val="20"/>
          <w:szCs w:val="20"/>
        </w:rPr>
        <w:t xml:space="preserve">ご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そうだん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相談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じゅしん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受診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：（　なし　・　あり　）　　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しんり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心理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・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はったつ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発達</w:t>
            </w:r>
          </w:rubyBase>
        </w:ruby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けんさ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検査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：（　なし　・　あり　）</w:t>
      </w:r>
    </w:p>
    <w:p>
      <w:pPr>
        <w:spacing w:after="60" w:line="336" w:lineRule="auto"/>
      </w:pPr>
      <w:r>
        <w:rPr>
          <w:rFonts w:ascii="Yu Gothic" w:hAnsi="Yu Gothic" w:eastAsia="Yu Gothic"/>
          <w:sz w:val="18"/>
          <w:szCs w:val="18"/>
          <w:color w:val="595959"/>
        </w:rPr>
        <w:t xml:space="preserve">「あり」の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ばあい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場合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きかん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機関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・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じき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時期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・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言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われた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みた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見立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てなどが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わ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分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かればご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きにゅう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記入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ください。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40"/>
      </w:tblGrid>
      <w:tr>
        <w:trPr>
          <w:trHeight w:val="1040" w:hRule="atLeast"/>
        </w:trPr>
        <w:tc>
          <w:tcPr>
            <w:tcW w:type="dxa" w:w="10440"/>
            <w:tcBorders>
              <w:top w:val="single" w:sz="6" w:space="1" w:color="BFBFBF"/>
              <w:left w:val="single" w:sz="6" w:space="1" w:color="BFBFBF"/>
              <w:bottom w:val="single" w:sz="6" w:space="1" w:color="BFBFBF"/>
              <w:right w:val="single" w:sz="6" w:space="1" w:color="BFBFBF"/>
            </w:tcBorders>
          </w:tcPr>
          <w:p>
            <w:pPr>
              <w:spacing w:after="0" w:before="0"/>
            </w:pPr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6. 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そだ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育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ちのようすで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き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気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になってこられたこと</w:t>
      </w:r>
    </w:p>
    <w:p>
      <w:pPr>
        <w:spacing w:after="60" w:line="336" w:lineRule="auto"/>
      </w:pP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けんしん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健診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での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してき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指摘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、ことばや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うんどう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運動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はったつ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発達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しゅうだん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集団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での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ようす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様子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など。くわしくは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べつ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別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の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ようし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用紙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でうかがうことがあります。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40"/>
      </w:tblGrid>
      <w:tr>
        <w:trPr>
          <w:trHeight w:val="1000" w:hRule="atLeast"/>
        </w:trPr>
        <w:tc>
          <w:tcPr>
            <w:tcW w:type="dxa" w:w="10440"/>
            <w:tcBorders>
              <w:top w:val="single" w:sz="6" w:space="1" w:color="BFBFBF"/>
              <w:left w:val="single" w:sz="6" w:space="1" w:color="BFBFBF"/>
              <w:bottom w:val="single" w:sz="6" w:space="1" w:color="BFBFBF"/>
              <w:right w:val="single" w:sz="6" w:space="1" w:color="BFBFBF"/>
            </w:tcBorders>
          </w:tcPr>
          <w:p>
            <w:pPr>
              <w:spacing w:after="0" w:before="0"/>
            </w:pPr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p>
      <w:pPr>
        <w:pBdr>
          <w:bottom w:val="single" w:sz="6" w:space="2" w:color="2E7D5B"/>
        </w:pBdr>
        <w:spacing w:before="140" w:after="60" w:line="322" w:lineRule="auto"/>
      </w:pP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7. ご</w:t>
      </w:r>
      <w:r>
        <w:ruby>
          <w:rubyPr>
            <w:rubyAlign w:val="distributeSpace"/>
            <w:hps w:val="12"/>
            <w:hpsRaise w:val="22"/>
            <w:hpsBaseText w:val="23"/>
            <w:lid w:val="ja-JP"/>
          </w:rubyPr>
          <w:rt>
            <w:r>
              <w:rPr>
                <w:rFonts w:ascii="Yu Gothic" w:hAnsi="Yu Gothic" w:eastAsia="Yu Gothic"/>
                <w:b/>
                <w:sz w:val="12"/>
                <w:szCs w:val="12"/>
                <w:color w:val="2E7D5B"/>
              </w:rPr>
              <w:t xml:space="preserve">かぞく</w:t>
            </w:r>
          </w:rt>
          <w:rubyBase>
            <w:r>
              <w:rPr>
                <w:rFonts w:ascii="Yu Gothic" w:hAnsi="Yu Gothic" w:eastAsia="Yu Gothic"/>
                <w:b/>
                <w:sz w:val="23"/>
                <w:szCs w:val="23"/>
                <w:color w:val="2E7D5B"/>
              </w:rPr>
              <w:t xml:space="preserve">家族</w:t>
            </w:r>
          </w:rubyBase>
        </w:ruby>
      </w:r>
      <w:r>
        <w:rPr>
          <w:rFonts w:ascii="Yu Gothic" w:hAnsi="Yu Gothic" w:eastAsia="Yu Gothic"/>
          <w:b/>
          <w:sz w:val="23"/>
          <w:szCs w:val="23"/>
          <w:color w:val="2E7D5B"/>
        </w:rPr>
        <w:t xml:space="preserve">のこと</w:t>
      </w:r>
    </w:p>
    <w:p>
      <w:pPr>
        <w:spacing w:after="120" w:line="348" w:lineRule="auto"/>
      </w:pP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どうきょ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同居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のご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かぞく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家族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：□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ちち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父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はは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母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そふ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祖父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□ </w:t>
      </w:r>
      <w:r>
        <w:ruby>
          <w:rubyPr>
            <w:rubyAlign w:val="distributeSpace"/>
            <w:hps w:val="10"/>
            <w:hpsRaise w:val="19"/>
            <w:hpsBaseText w:val="20"/>
            <w:lid w:val="ja-JP"/>
          </w:rubyPr>
          <w:rt>
            <w:r>
              <w:rPr>
                <w:rFonts w:ascii="Yu Gothic" w:hAnsi="Yu Gothic" w:eastAsia="Yu Gothic"/>
                <w:sz w:val="10"/>
                <w:szCs w:val="10"/>
              </w:rPr>
              <w:t xml:space="preserve">そぼ</w:t>
            </w:r>
          </w:rt>
          <w:rubyBase>
            <w:r>
              <w:rPr>
                <w:rFonts w:ascii="Yu Gothic" w:hAnsi="Yu Gothic" w:eastAsia="Yu Gothic"/>
                <w:sz w:val="20"/>
                <w:szCs w:val="20"/>
              </w:rPr>
              <w:t xml:space="preserve">祖母</w:t>
            </w:r>
          </w:rubyBase>
        </w:ruby>
      </w:r>
      <w:r>
        <w:rPr>
          <w:rFonts w:ascii="Yu Gothic" w:hAnsi="Yu Gothic" w:eastAsia="Yu Gothic"/>
          <w:sz w:val="20"/>
          <w:szCs w:val="20"/>
        </w:rPr>
        <w:t xml:space="preserve">　□ きょうだい　□ そのほか</w:t>
      </w:r>
    </w:p>
    <w:p>
      <w:pPr>
        <w:spacing w:after="60" w:line="336" w:lineRule="auto"/>
      </w:pPr>
      <w:r>
        <w:rPr>
          <w:rFonts w:ascii="Yu Gothic" w:hAnsi="Yu Gothic" w:eastAsia="Yu Gothic"/>
          <w:sz w:val="18"/>
          <w:szCs w:val="18"/>
          <w:color w:val="595959"/>
        </w:rPr>
        <w:t xml:space="preserve">ご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かてい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家庭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で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き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気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になっていること、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ささ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支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えが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ひつよう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必要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と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かん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感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じておられることがあれば、こちらにご</w:t>
      </w:r>
      <w:r>
        <w:ruby>
          <w:rubyPr>
            <w:rubyAlign w:val="distributeSpace"/>
            <w:hps w:val="9"/>
            <w:hpsRaise w:val="17"/>
            <w:hpsBaseText w:val="18"/>
            <w:lid w:val="ja-JP"/>
          </w:rubyPr>
          <w:rt>
            <w:r>
              <w:rPr>
                <w:rFonts w:ascii="Yu Gothic" w:hAnsi="Yu Gothic" w:eastAsia="Yu Gothic"/>
                <w:sz w:val="9"/>
                <w:szCs w:val="9"/>
                <w:color w:val="595959"/>
              </w:rPr>
              <w:t xml:space="preserve">きにゅう</w:t>
            </w:r>
          </w:rt>
          <w:rubyBase>
            <w:r>
              <w:rPr>
                <w:rFonts w:ascii="Yu Gothic" w:hAnsi="Yu Gothic" w:eastAsia="Yu Gothic"/>
                <w:sz w:val="18"/>
                <w:szCs w:val="18"/>
                <w:color w:val="595959"/>
              </w:rPr>
              <w:t xml:space="preserve">記入</w:t>
            </w:r>
          </w:rubyBase>
        </w:ruby>
      </w:r>
      <w:r>
        <w:rPr>
          <w:rFonts w:ascii="Yu Gothic" w:hAnsi="Yu Gothic" w:eastAsia="Yu Gothic"/>
          <w:sz w:val="18"/>
          <w:szCs w:val="18"/>
          <w:color w:val="595959"/>
        </w:rPr>
        <w:t xml:space="preserve">ください。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40"/>
      </w:tblGrid>
      <w:tr>
        <w:trPr>
          <w:trHeight w:val="1040" w:hRule="atLeast"/>
        </w:trPr>
        <w:tc>
          <w:tcPr>
            <w:tcW w:type="dxa" w:w="10440"/>
            <w:tcBorders>
              <w:top w:val="single" w:sz="6" w:space="1" w:color="BFBFBF"/>
              <w:left w:val="single" w:sz="6" w:space="1" w:color="BFBFBF"/>
              <w:bottom w:val="single" w:sz="6" w:space="1" w:color="BFBFBF"/>
              <w:right w:val="single" w:sz="6" w:space="1" w:color="BFBFBF"/>
            </w:tcBorders>
          </w:tcPr>
          <w:p>
            <w:pPr>
              <w:spacing w:after="0" w:before="0"/>
            </w:pPr>
            <w:r/>
          </w:p>
        </w:tc>
      </w:tr>
    </w:tbl>
    <w:p>
      <w:pPr>
        <w:spacing w:after="80" w:before="0" w:line="240" w:lineRule="auto"/>
      </w:pPr>
      <w:r>
        <w:rPr>
          <w:rFonts w:ascii="Yu Gothic" w:hAnsi="Yu Gothic" w:eastAsia="Yu Gothic"/>
          <w:sz w:val="8"/>
          <w:szCs w:val="8"/>
        </w:rPr>
        <w:t xml:space="preserve"/>
      </w:r>
    </w:p>
    <w:sectPr w:rsidR="00FC693F" w:rsidRPr="0006063C" w:rsidSect="00034616">
      <w:pgSz w:w="12240" w:h="15840"/>
      <w:pgMar w:top="620" w:right="620" w:bottom="520" w:left="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